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7DB" w:rsidRDefault="00A747DB" w:rsidP="00583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A747DB" w:rsidRDefault="00233695" w:rsidP="00583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E66906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drawing>
          <wp:inline distT="0" distB="0" distL="0" distR="0" wp14:anchorId="6AA337C0" wp14:editId="129EAF7F">
            <wp:extent cx="782594" cy="962139"/>
            <wp:effectExtent l="0" t="0" r="0" b="0"/>
            <wp:docPr id="1" name="Картина 1" descr="C:\Users\Vacka\Desktop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cka\Desktop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12" cy="1014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C6" w:rsidRPr="00233695" w:rsidRDefault="005836C6" w:rsidP="00233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33695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ОБЩИНА </w:t>
      </w:r>
      <w:r w:rsidR="00A747DB" w:rsidRPr="00233695">
        <w:rPr>
          <w:rFonts w:ascii="Times New Roman" w:eastAsia="Times New Roman" w:hAnsi="Times New Roman" w:cs="Times New Roman"/>
          <w:b/>
          <w:sz w:val="24"/>
          <w:szCs w:val="24"/>
        </w:rPr>
        <w:t>ПОРДИМ,</w:t>
      </w:r>
      <w:r w:rsidRPr="00233695">
        <w:rPr>
          <w:rFonts w:ascii="Times New Roman" w:eastAsia="Times New Roman" w:hAnsi="Times New Roman" w:cs="Times New Roman"/>
          <w:b/>
          <w:sz w:val="24"/>
          <w:szCs w:val="24"/>
        </w:rPr>
        <w:t xml:space="preserve"> ОБЛАСТ ПЛЕВЕН</w:t>
      </w:r>
    </w:p>
    <w:p w:rsidR="00233695" w:rsidRPr="00233695" w:rsidRDefault="00233695" w:rsidP="00233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3695" w:rsidRPr="00233695" w:rsidRDefault="00233695" w:rsidP="00233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3695" w:rsidRPr="00233695" w:rsidRDefault="00233695" w:rsidP="00233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6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ОБЯВЛЕНИЕ</w:t>
      </w:r>
    </w:p>
    <w:p w:rsidR="00233695" w:rsidRPr="00233695" w:rsidRDefault="00233695" w:rsidP="00233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6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ПРОВЕЖДАНЕ НА КОНКУРС ЗА ЗАЕМАНЕ НА ДЛЪЖНОСТТА</w:t>
      </w:r>
    </w:p>
    <w:p w:rsidR="00233695" w:rsidRDefault="00233695" w:rsidP="00233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369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„ГЛАВЕН </w:t>
      </w:r>
      <w:r w:rsidR="00595B5F" w:rsidRPr="0023369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АРХИТЕКТ “НА</w:t>
      </w:r>
      <w:r w:rsidRPr="0023369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ОБЩИНА ПОРДИМ</w:t>
      </w:r>
    </w:p>
    <w:p w:rsidR="00233695" w:rsidRPr="00233695" w:rsidRDefault="00233695" w:rsidP="00233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3695" w:rsidRPr="000B462C" w:rsidRDefault="00233695" w:rsidP="000B4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91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Кодекса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труда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и в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изпълнение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Заповед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№ РД-10- 93/02.10.2026г.</w:t>
      </w:r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Кмета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Пордим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Пордим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обявява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заемане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Главен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архитект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“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proofErr w:type="gram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трудово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правоотношение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код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НКПД: </w:t>
      </w:r>
      <w:r w:rsidR="000B462C" w:rsidRPr="000B462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1120 7052</w:t>
      </w:r>
    </w:p>
    <w:p w:rsidR="00595B5F" w:rsidRPr="000B462C" w:rsidRDefault="00595B5F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I. МИНИМАЛНИ И СПЕЦИФИЧНИ ИЗИСКВАНИЯ ЗА ЗАЕМАНЕ НА</w:t>
      </w:r>
    </w:p>
    <w:p w:rsidR="00233695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ДЛЪЖНОСТТА:</w:t>
      </w:r>
    </w:p>
    <w:p w:rsidR="000B462C" w:rsidRPr="000B462C" w:rsidRDefault="000B462C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Образование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Висше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образователно-квалификационна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степен„</w:t>
      </w:r>
      <w:proofErr w:type="gram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Магистър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gramEnd"/>
      <w:r w:rsidRPr="000B462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Специалност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0B462C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proofErr w:type="gram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Архитектура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gramEnd"/>
      <w:r w:rsidRPr="000B462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Профессионален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опит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Минимум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3 (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три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специалността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Допълнителна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квалификация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Придобита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Пълна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проектантска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правоспособност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стаж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придобиването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ѝ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съгласно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5,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. 2от ЗУТ;</w:t>
      </w:r>
    </w:p>
    <w:p w:rsidR="00233695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отговаря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изискванията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107а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Кодекса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труда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462C" w:rsidRPr="000B462C" w:rsidRDefault="000B462C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462C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II. НАЧИН НА ПРОВЕЖДАНЕ НА КОНКУРСА: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Първи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етап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Допускане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документи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проверка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съответствието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представените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документи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предварително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обявените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изисквания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Втори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етап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Писмен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изпит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решаване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тест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и/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казус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свързан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с</w:t>
      </w:r>
      <w:r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прилагането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ЗУТ, ЗМСМА, АПК и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подзаконовите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нормативни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актове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33695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Трети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етап</w:t>
      </w:r>
      <w:proofErr w:type="spellEnd"/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събеседване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) с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допуснатите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0B462C">
        <w:rPr>
          <w:rFonts w:ascii="Times New Roman" w:hAnsi="Times New Roman" w:cs="Times New Roman"/>
          <w:color w:val="000000"/>
          <w:sz w:val="24"/>
          <w:szCs w:val="24"/>
        </w:rPr>
        <w:t>кандидати</w:t>
      </w:r>
      <w:proofErr w:type="spellEnd"/>
    </w:p>
    <w:p w:rsidR="000B462C" w:rsidRPr="000B462C" w:rsidRDefault="000B462C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III. НЕОБХОДИМИ ДОКУМЕНТИ ЗА КАНДИДАТСТВАНЕ: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Писмено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заявление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участие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конкурса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свободен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текст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);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Копие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диплома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завършено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исше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образование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специалност</w:t>
      </w:r>
      <w:r w:rsidRPr="000B462C"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gram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Архитектура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gramEnd"/>
      <w:r w:rsidRPr="000B462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Копие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документ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удостоверяв</w:t>
      </w:r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>ащ</w:t>
      </w:r>
      <w:proofErr w:type="spellEnd"/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>придобита</w:t>
      </w:r>
      <w:proofErr w:type="spellEnd"/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>Пълна</w:t>
      </w:r>
      <w:proofErr w:type="spellEnd"/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870C8" w:rsidRPr="000B462C">
        <w:rPr>
          <w:rFonts w:ascii="Times New Roman" w:hAnsi="Times New Roman" w:cs="Times New Roman"/>
          <w:color w:val="000000"/>
          <w:sz w:val="24"/>
          <w:szCs w:val="24"/>
        </w:rPr>
        <w:t>проектантска</w:t>
      </w:r>
      <w:proofErr w:type="spellEnd"/>
      <w:r w:rsidR="00A870C8"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правоспособност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Копие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документи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удостоверяващи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професионалния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опит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Професионална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автобиография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(CV);</w:t>
      </w:r>
    </w:p>
    <w:p w:rsidR="00233695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Декларация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107а,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1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Кодекса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труда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образец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0B462C" w:rsidRPr="000B462C" w:rsidRDefault="000B462C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IV. СРОК И МЯСТО ЗА ПОДАВАНЕ НА ДОКУМЕНТИТЕ:</w:t>
      </w:r>
    </w:p>
    <w:p w:rsidR="00233695" w:rsidRPr="000B462C" w:rsidRDefault="00233695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Документите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подават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лично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чрез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пълномощник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срок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</w:p>
    <w:p w:rsidR="00A870C8" w:rsidRPr="000B462C" w:rsidRDefault="00A870C8" w:rsidP="00596F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30</w:t>
      </w:r>
      <w:r w:rsidR="00233695"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0B462C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тридесет</w:t>
      </w:r>
      <w:r w:rsidR="00233695"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 </w:t>
      </w:r>
      <w:proofErr w:type="spellStart"/>
      <w:r w:rsidR="00233695"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дни</w:t>
      </w:r>
      <w:proofErr w:type="spellEnd"/>
      <w:r w:rsidR="00233695" w:rsidRPr="000B462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датата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публикуване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обявлението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33695" w:rsidRPr="000B462C" w:rsidRDefault="00A870C8" w:rsidP="000B4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Място</w:t>
      </w:r>
      <w:proofErr w:type="spellEnd"/>
      <w:r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подаване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Център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>административно обслужване</w:t>
      </w:r>
      <w:r w:rsid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B462C">
        <w:rPr>
          <w:rFonts w:ascii="Times New Roman" w:hAnsi="Times New Roman" w:cs="Times New Roman"/>
          <w:color w:val="000000"/>
          <w:sz w:val="24"/>
          <w:szCs w:val="24"/>
        </w:rPr>
        <w:t>гражданите</w:t>
      </w:r>
      <w:proofErr w:type="spellEnd"/>
      <w:r w:rsid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Община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Пордим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Пордим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. „</w:t>
      </w:r>
      <w:r w:rsidR="00595B5F" w:rsidRP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>Иван Божинов</w:t>
      </w:r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“ № 1,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работен</w:t>
      </w:r>
      <w:proofErr w:type="spellEnd"/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bookmarkStart w:id="0" w:name="_GoBack"/>
      <w:bookmarkEnd w:id="0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ден </w:t>
      </w:r>
      <w:proofErr w:type="spellStart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595B5F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08:</w:t>
      </w:r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>0</w:t>
      </w:r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до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 1</w:t>
      </w:r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>7</w:t>
      </w:r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0B462C">
        <w:rPr>
          <w:rFonts w:ascii="Times New Roman" w:hAnsi="Times New Roman" w:cs="Times New Roman"/>
          <w:color w:val="000000"/>
          <w:sz w:val="24"/>
          <w:szCs w:val="24"/>
          <w:lang w:val="bg-BG"/>
        </w:rPr>
        <w:t>0</w:t>
      </w:r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proofErr w:type="spellStart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часа</w:t>
      </w:r>
      <w:proofErr w:type="spellEnd"/>
      <w:r w:rsidR="00233695" w:rsidRPr="000B462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331AB" w:rsidRPr="000B462C" w:rsidRDefault="002331AB" w:rsidP="000B462C">
      <w:pPr>
        <w:spacing w:before="1" w:line="276" w:lineRule="auto"/>
        <w:ind w:right="389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2331AB" w:rsidRPr="000B462C" w:rsidSect="00233695">
      <w:footerReference w:type="default" r:id="rId9"/>
      <w:pgSz w:w="12240" w:h="15840"/>
      <w:pgMar w:top="0" w:right="1183" w:bottom="1134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10" w:rsidRDefault="00020610" w:rsidP="00E66906">
      <w:pPr>
        <w:spacing w:after="0" w:line="240" w:lineRule="auto"/>
      </w:pPr>
      <w:r>
        <w:separator/>
      </w:r>
    </w:p>
  </w:endnote>
  <w:endnote w:type="continuationSeparator" w:id="0">
    <w:p w:rsidR="00020610" w:rsidRDefault="00020610" w:rsidP="00E66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906" w:rsidRPr="00E66906" w:rsidRDefault="00E66906" w:rsidP="00E6690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eastAsia="Times New Roman" w:hAnsi="Times New Roman" w:cs="Times New Roman"/>
        <w:sz w:val="18"/>
        <w:szCs w:val="18"/>
        <w:lang w:val="bg-BG" w:eastAsia="bg-BG"/>
      </w:rPr>
    </w:pPr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5898 </w:t>
    </w:r>
    <w:proofErr w:type="spellStart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>гр</w:t>
    </w:r>
    <w:proofErr w:type="spellEnd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>.</w:t>
    </w:r>
    <w:r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proofErr w:type="spellStart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>Пордим</w:t>
    </w:r>
    <w:proofErr w:type="spellEnd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, </w:t>
    </w:r>
    <w:proofErr w:type="spellStart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>ул</w:t>
    </w:r>
    <w:proofErr w:type="spellEnd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>.”</w:t>
    </w:r>
    <w:proofErr w:type="spellStart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>Иван</w:t>
    </w:r>
    <w:proofErr w:type="spellEnd"/>
    <w:r w:rsidRPr="00C76446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Божинов”№1 , тел.:06513 / 22 17, e-mail:</w:t>
    </w:r>
    <w:r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hyperlink r:id="rId1" w:history="1">
      <w:r w:rsidRPr="00A52E61">
        <w:rPr>
          <w:rStyle w:val="affa"/>
          <w:rFonts w:ascii="Times New Roman" w:eastAsia="Times New Roman" w:hAnsi="Times New Roman" w:cs="Times New Roman"/>
          <w:sz w:val="18"/>
          <w:szCs w:val="18"/>
          <w:lang w:eastAsia="bg-BG"/>
        </w:rPr>
        <w:t>obshtina_pordim@abv.bg</w:t>
      </w:r>
    </w:hyperlink>
    <w:r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  </w:t>
    </w:r>
  </w:p>
  <w:p w:rsidR="00E66906" w:rsidRDefault="00E66906">
    <w:pPr>
      <w:pStyle w:val="a7"/>
    </w:pPr>
    <w:r>
      <w:rPr>
        <w:noProof/>
        <w:lang w:val="bg-BG" w:eastAsia="bg-BG"/>
      </w:rPr>
      <mc:AlternateContent>
        <mc:Choice Requires="wpg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Група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Правоъгълник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Текстово поле 166"/>
                      <wps:cNvSpPr txBox="1"/>
                      <wps:spPr>
                        <a:xfrm>
                          <a:off x="0" y="9525"/>
                          <a:ext cx="59436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6906" w:rsidRDefault="00E66906">
                            <w:pPr>
                              <w:pStyle w:val="a7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Група 164" o:spid="_x0000_s1026" style="position:absolute;margin-left:434.8pt;margin-top:0;width:486pt;height:21.6pt;z-index:251659776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">
              <v:rect id="Правоъгълник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" fillcolor="white [3212]" stroked="f" strokeweight="1.5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66" o:spid="_x0000_s1028" type="#_x0000_t202" style="position:absolute;top:95;width:59436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E66906" w:rsidRDefault="00E66906">
                      <w:pPr>
                        <w:pStyle w:val="a7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10" w:rsidRDefault="00020610" w:rsidP="00E66906">
      <w:pPr>
        <w:spacing w:after="0" w:line="240" w:lineRule="auto"/>
      </w:pPr>
      <w:r>
        <w:separator/>
      </w:r>
    </w:p>
  </w:footnote>
  <w:footnote w:type="continuationSeparator" w:id="0">
    <w:p w:rsidR="00020610" w:rsidRDefault="00020610" w:rsidP="00E66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E55753"/>
    <w:multiLevelType w:val="multilevel"/>
    <w:tmpl w:val="D6FE69BC"/>
    <w:lvl w:ilvl="0">
      <w:start w:val="1"/>
      <w:numFmt w:val="decimal"/>
      <w:lvlText w:val="%1."/>
      <w:lvlJc w:val="left"/>
      <w:pPr>
        <w:ind w:left="3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724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3"/>
        <w:sz w:val="21"/>
        <w:szCs w:val="21"/>
        <w:lang w:val="bg-BG" w:eastAsia="en-US" w:bidi="ar-SA"/>
      </w:rPr>
    </w:lvl>
    <w:lvl w:ilvl="2">
      <w:numFmt w:val="bullet"/>
      <w:lvlText w:val="•"/>
      <w:lvlJc w:val="left"/>
      <w:pPr>
        <w:ind w:left="1648" w:hanging="36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576" w:hanging="36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504" w:hanging="36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33" w:hanging="36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61" w:hanging="36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289" w:hanging="36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218" w:hanging="363"/>
      </w:pPr>
      <w:rPr>
        <w:rFonts w:hint="default"/>
        <w:lang w:val="bg-BG" w:eastAsia="en-US" w:bidi="ar-SA"/>
      </w:rPr>
    </w:lvl>
  </w:abstractNum>
  <w:abstractNum w:abstractNumId="10" w15:restartNumberingAfterBreak="0">
    <w:nsid w:val="1C0776BC"/>
    <w:multiLevelType w:val="hybridMultilevel"/>
    <w:tmpl w:val="CBA294D2"/>
    <w:lvl w:ilvl="0" w:tplc="B86697B0">
      <w:start w:val="1"/>
      <w:numFmt w:val="upperRoman"/>
      <w:lvlText w:val="%1."/>
      <w:lvlJc w:val="left"/>
      <w:pPr>
        <w:ind w:left="3510" w:hanging="3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23"/>
        <w:szCs w:val="23"/>
        <w:lang w:val="bg-BG" w:eastAsia="en-US" w:bidi="ar-SA"/>
      </w:rPr>
    </w:lvl>
    <w:lvl w:ilvl="1" w:tplc="C8A63E92">
      <w:numFmt w:val="bullet"/>
      <w:lvlText w:val="•"/>
      <w:lvlJc w:val="left"/>
      <w:pPr>
        <w:ind w:left="4075" w:hanging="346"/>
      </w:pPr>
      <w:rPr>
        <w:rFonts w:hint="default"/>
        <w:lang w:val="bg-BG" w:eastAsia="en-US" w:bidi="ar-SA"/>
      </w:rPr>
    </w:lvl>
    <w:lvl w:ilvl="2" w:tplc="D9FC580A">
      <w:numFmt w:val="bullet"/>
      <w:lvlText w:val="•"/>
      <w:lvlJc w:val="left"/>
      <w:pPr>
        <w:ind w:left="4630" w:hanging="346"/>
      </w:pPr>
      <w:rPr>
        <w:rFonts w:hint="default"/>
        <w:lang w:val="bg-BG" w:eastAsia="en-US" w:bidi="ar-SA"/>
      </w:rPr>
    </w:lvl>
    <w:lvl w:ilvl="3" w:tplc="DB6C6600">
      <w:numFmt w:val="bullet"/>
      <w:lvlText w:val="•"/>
      <w:lvlJc w:val="left"/>
      <w:pPr>
        <w:ind w:left="5186" w:hanging="346"/>
      </w:pPr>
      <w:rPr>
        <w:rFonts w:hint="default"/>
        <w:lang w:val="bg-BG" w:eastAsia="en-US" w:bidi="ar-SA"/>
      </w:rPr>
    </w:lvl>
    <w:lvl w:ilvl="4" w:tplc="9F064D7E">
      <w:numFmt w:val="bullet"/>
      <w:lvlText w:val="•"/>
      <w:lvlJc w:val="left"/>
      <w:pPr>
        <w:ind w:left="5741" w:hanging="346"/>
      </w:pPr>
      <w:rPr>
        <w:rFonts w:hint="default"/>
        <w:lang w:val="bg-BG" w:eastAsia="en-US" w:bidi="ar-SA"/>
      </w:rPr>
    </w:lvl>
    <w:lvl w:ilvl="5" w:tplc="373E8F7A">
      <w:numFmt w:val="bullet"/>
      <w:lvlText w:val="•"/>
      <w:lvlJc w:val="left"/>
      <w:pPr>
        <w:ind w:left="6297" w:hanging="346"/>
      </w:pPr>
      <w:rPr>
        <w:rFonts w:hint="default"/>
        <w:lang w:val="bg-BG" w:eastAsia="en-US" w:bidi="ar-SA"/>
      </w:rPr>
    </w:lvl>
    <w:lvl w:ilvl="6" w:tplc="C2385ABA">
      <w:numFmt w:val="bullet"/>
      <w:lvlText w:val="•"/>
      <w:lvlJc w:val="left"/>
      <w:pPr>
        <w:ind w:left="6852" w:hanging="346"/>
      </w:pPr>
      <w:rPr>
        <w:rFonts w:hint="default"/>
        <w:lang w:val="bg-BG" w:eastAsia="en-US" w:bidi="ar-SA"/>
      </w:rPr>
    </w:lvl>
    <w:lvl w:ilvl="7" w:tplc="04244E5E">
      <w:numFmt w:val="bullet"/>
      <w:lvlText w:val="•"/>
      <w:lvlJc w:val="left"/>
      <w:pPr>
        <w:ind w:left="7408" w:hanging="346"/>
      </w:pPr>
      <w:rPr>
        <w:rFonts w:hint="default"/>
        <w:lang w:val="bg-BG" w:eastAsia="en-US" w:bidi="ar-SA"/>
      </w:rPr>
    </w:lvl>
    <w:lvl w:ilvl="8" w:tplc="DAD6BC2E">
      <w:numFmt w:val="bullet"/>
      <w:lvlText w:val="•"/>
      <w:lvlJc w:val="left"/>
      <w:pPr>
        <w:ind w:left="7963" w:hanging="346"/>
      </w:pPr>
      <w:rPr>
        <w:rFonts w:hint="default"/>
        <w:lang w:val="bg-BG" w:eastAsia="en-US" w:bidi="ar-SA"/>
      </w:rPr>
    </w:lvl>
  </w:abstractNum>
  <w:abstractNum w:abstractNumId="11" w15:restartNumberingAfterBreak="0">
    <w:nsid w:val="1DA3273F"/>
    <w:multiLevelType w:val="multilevel"/>
    <w:tmpl w:val="9B8E2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1470A1"/>
    <w:multiLevelType w:val="multilevel"/>
    <w:tmpl w:val="59381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6A0D8F"/>
    <w:multiLevelType w:val="multilevel"/>
    <w:tmpl w:val="A3649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3B04DB"/>
    <w:multiLevelType w:val="multilevel"/>
    <w:tmpl w:val="CC162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CD10FD"/>
    <w:multiLevelType w:val="multilevel"/>
    <w:tmpl w:val="F902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9"/>
  </w:num>
  <w:num w:numId="13">
    <w:abstractNumId w:val="10"/>
  </w:num>
  <w:num w:numId="14">
    <w:abstractNumId w:val="11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74C7"/>
    <w:rsid w:val="00013DD0"/>
    <w:rsid w:val="000170CC"/>
    <w:rsid w:val="00020610"/>
    <w:rsid w:val="00034616"/>
    <w:rsid w:val="0004409B"/>
    <w:rsid w:val="0006063C"/>
    <w:rsid w:val="000B462C"/>
    <w:rsid w:val="000E4F33"/>
    <w:rsid w:val="00107926"/>
    <w:rsid w:val="0015074B"/>
    <w:rsid w:val="00177226"/>
    <w:rsid w:val="001905C9"/>
    <w:rsid w:val="002331AB"/>
    <w:rsid w:val="00233695"/>
    <w:rsid w:val="0029639D"/>
    <w:rsid w:val="003152AE"/>
    <w:rsid w:val="00326F90"/>
    <w:rsid w:val="003643D3"/>
    <w:rsid w:val="003734D5"/>
    <w:rsid w:val="0045173A"/>
    <w:rsid w:val="004C5DBB"/>
    <w:rsid w:val="004E5E97"/>
    <w:rsid w:val="005475A4"/>
    <w:rsid w:val="00555C85"/>
    <w:rsid w:val="005836C6"/>
    <w:rsid w:val="00595B5F"/>
    <w:rsid w:val="00596F04"/>
    <w:rsid w:val="00661C43"/>
    <w:rsid w:val="00664FB2"/>
    <w:rsid w:val="006709D4"/>
    <w:rsid w:val="0067113F"/>
    <w:rsid w:val="00684020"/>
    <w:rsid w:val="0080131C"/>
    <w:rsid w:val="00894437"/>
    <w:rsid w:val="008D2520"/>
    <w:rsid w:val="008F69CE"/>
    <w:rsid w:val="00917341"/>
    <w:rsid w:val="009A1416"/>
    <w:rsid w:val="00A747DB"/>
    <w:rsid w:val="00A870C8"/>
    <w:rsid w:val="00AA1D8D"/>
    <w:rsid w:val="00AE01E8"/>
    <w:rsid w:val="00AE7D3C"/>
    <w:rsid w:val="00AE7DBD"/>
    <w:rsid w:val="00B47730"/>
    <w:rsid w:val="00B742C2"/>
    <w:rsid w:val="00BB4152"/>
    <w:rsid w:val="00BC05AD"/>
    <w:rsid w:val="00C76446"/>
    <w:rsid w:val="00C844B2"/>
    <w:rsid w:val="00CA6A6B"/>
    <w:rsid w:val="00CB0664"/>
    <w:rsid w:val="00CE43F3"/>
    <w:rsid w:val="00D521F3"/>
    <w:rsid w:val="00E66906"/>
    <w:rsid w:val="00EB05D8"/>
    <w:rsid w:val="00FC693F"/>
    <w:rsid w:val="00FE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CBB8B0"/>
  <w14:defaultImageDpi w14:val="300"/>
  <w15:docId w15:val="{404B6E71-7993-4D0E-A779-0A2F4EA45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66906"/>
  </w:style>
  <w:style w:type="paragraph" w:styleId="1">
    <w:name w:val="heading 1"/>
    <w:basedOn w:val="a1"/>
    <w:next w:val="a1"/>
    <w:link w:val="10"/>
    <w:uiPriority w:val="9"/>
    <w:qFormat/>
    <w:rsid w:val="00E66906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1">
    <w:name w:val="heading 2"/>
    <w:basedOn w:val="a1"/>
    <w:next w:val="a1"/>
    <w:link w:val="22"/>
    <w:uiPriority w:val="9"/>
    <w:unhideWhenUsed/>
    <w:qFormat/>
    <w:rsid w:val="00E6690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1">
    <w:name w:val="heading 3"/>
    <w:basedOn w:val="a1"/>
    <w:next w:val="a1"/>
    <w:link w:val="32"/>
    <w:uiPriority w:val="9"/>
    <w:unhideWhenUsed/>
    <w:qFormat/>
    <w:rsid w:val="00E6690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E6690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E6690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E6690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E6690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E6690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E6690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E66906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E66906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2">
    <w:name w:val="Заглавие 2 Знак"/>
    <w:basedOn w:val="a2"/>
    <w:link w:val="21"/>
    <w:uiPriority w:val="9"/>
    <w:rsid w:val="00E66906"/>
    <w:rPr>
      <w:rFonts w:asciiTheme="majorHAnsi" w:eastAsiaTheme="majorEastAsia" w:hAnsiTheme="majorHAnsi" w:cstheme="majorBidi"/>
      <w:sz w:val="36"/>
      <w:szCs w:val="36"/>
    </w:rPr>
  </w:style>
  <w:style w:type="character" w:customStyle="1" w:styleId="32">
    <w:name w:val="Заглавие 3 Знак"/>
    <w:basedOn w:val="a2"/>
    <w:link w:val="31"/>
    <w:uiPriority w:val="9"/>
    <w:rsid w:val="00E66906"/>
    <w:rPr>
      <w:rFonts w:asciiTheme="majorHAnsi" w:eastAsiaTheme="majorEastAsia" w:hAnsiTheme="majorHAnsi" w:cstheme="majorBidi"/>
      <w:caps/>
      <w:sz w:val="28"/>
      <w:szCs w:val="28"/>
    </w:rPr>
  </w:style>
  <w:style w:type="paragraph" w:styleId="aa">
    <w:name w:val="Title"/>
    <w:basedOn w:val="a1"/>
    <w:next w:val="a1"/>
    <w:link w:val="ab"/>
    <w:uiPriority w:val="10"/>
    <w:qFormat/>
    <w:rsid w:val="00E6690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b">
    <w:name w:val="Заглавие Знак"/>
    <w:basedOn w:val="a2"/>
    <w:link w:val="aa"/>
    <w:uiPriority w:val="10"/>
    <w:rsid w:val="00E66906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c">
    <w:name w:val="Subtitle"/>
    <w:basedOn w:val="a1"/>
    <w:next w:val="a1"/>
    <w:link w:val="ad"/>
    <w:uiPriority w:val="11"/>
    <w:qFormat/>
    <w:rsid w:val="00E66906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E66906"/>
    <w:rPr>
      <w:color w:val="000000" w:themeColor="text1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E66906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6">
    <w:name w:val="Цитат Знак"/>
    <w:basedOn w:val="a2"/>
    <w:link w:val="af5"/>
    <w:uiPriority w:val="29"/>
    <w:rsid w:val="00E66906"/>
    <w:rPr>
      <w:rFonts w:asciiTheme="majorHAnsi" w:eastAsiaTheme="majorEastAsia" w:hAnsiTheme="majorHAnsi" w:cstheme="majorBidi"/>
      <w:sz w:val="24"/>
      <w:szCs w:val="24"/>
    </w:rPr>
  </w:style>
  <w:style w:type="character" w:customStyle="1" w:styleId="40">
    <w:name w:val="Заглавие 4 Знак"/>
    <w:basedOn w:val="a2"/>
    <w:link w:val="4"/>
    <w:uiPriority w:val="9"/>
    <w:semiHidden/>
    <w:rsid w:val="00E66906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лавие 5 Знак"/>
    <w:basedOn w:val="a2"/>
    <w:link w:val="5"/>
    <w:uiPriority w:val="9"/>
    <w:semiHidden/>
    <w:rsid w:val="00E66906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лавие 6 Знак"/>
    <w:basedOn w:val="a2"/>
    <w:link w:val="6"/>
    <w:uiPriority w:val="9"/>
    <w:semiHidden/>
    <w:rsid w:val="00E6690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лавие 7 Знак"/>
    <w:basedOn w:val="a2"/>
    <w:link w:val="7"/>
    <w:uiPriority w:val="9"/>
    <w:semiHidden/>
    <w:rsid w:val="00E66906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лавие 8 Знак"/>
    <w:basedOn w:val="a2"/>
    <w:link w:val="8"/>
    <w:uiPriority w:val="9"/>
    <w:semiHidden/>
    <w:rsid w:val="00E66906"/>
    <w:rPr>
      <w:rFonts w:asciiTheme="majorHAnsi" w:eastAsiaTheme="majorEastAsia" w:hAnsiTheme="majorHAnsi" w:cstheme="majorBidi"/>
      <w:caps/>
    </w:rPr>
  </w:style>
  <w:style w:type="character" w:customStyle="1" w:styleId="90">
    <w:name w:val="Заглавие 9 Знак"/>
    <w:basedOn w:val="a2"/>
    <w:link w:val="9"/>
    <w:uiPriority w:val="9"/>
    <w:semiHidden/>
    <w:rsid w:val="00E66906"/>
    <w:rPr>
      <w:rFonts w:asciiTheme="majorHAnsi" w:eastAsiaTheme="majorEastAsia" w:hAnsiTheme="majorHAnsi" w:cstheme="majorBidi"/>
      <w:i/>
      <w:iCs/>
      <w:caps/>
    </w:rPr>
  </w:style>
  <w:style w:type="paragraph" w:styleId="af7">
    <w:name w:val="caption"/>
    <w:basedOn w:val="a1"/>
    <w:next w:val="a1"/>
    <w:uiPriority w:val="35"/>
    <w:semiHidden/>
    <w:unhideWhenUsed/>
    <w:qFormat/>
    <w:rsid w:val="00E66906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character" w:styleId="af8">
    <w:name w:val="Strong"/>
    <w:basedOn w:val="a2"/>
    <w:uiPriority w:val="22"/>
    <w:qFormat/>
    <w:rsid w:val="00E66906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f9">
    <w:name w:val="Emphasis"/>
    <w:basedOn w:val="a2"/>
    <w:uiPriority w:val="20"/>
    <w:qFormat/>
    <w:rsid w:val="00E66906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afa">
    <w:name w:val="Intense Quote"/>
    <w:basedOn w:val="a1"/>
    <w:next w:val="a1"/>
    <w:link w:val="afb"/>
    <w:uiPriority w:val="30"/>
    <w:qFormat/>
    <w:rsid w:val="00E6690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afb">
    <w:name w:val="Интензивно цитиране Знак"/>
    <w:basedOn w:val="a2"/>
    <w:link w:val="afa"/>
    <w:uiPriority w:val="30"/>
    <w:rsid w:val="00E66906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afc">
    <w:name w:val="Subtle Emphasis"/>
    <w:basedOn w:val="a2"/>
    <w:uiPriority w:val="19"/>
    <w:qFormat/>
    <w:rsid w:val="00E66906"/>
    <w:rPr>
      <w:i/>
      <w:iCs/>
      <w:color w:val="auto"/>
    </w:rPr>
  </w:style>
  <w:style w:type="character" w:styleId="afd">
    <w:name w:val="Intense Emphasis"/>
    <w:basedOn w:val="a2"/>
    <w:uiPriority w:val="21"/>
    <w:qFormat/>
    <w:rsid w:val="00E66906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afe">
    <w:name w:val="Subtle Reference"/>
    <w:basedOn w:val="a2"/>
    <w:uiPriority w:val="31"/>
    <w:qFormat/>
    <w:rsid w:val="00E6690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f">
    <w:name w:val="Intense Reference"/>
    <w:basedOn w:val="a2"/>
    <w:uiPriority w:val="32"/>
    <w:qFormat/>
    <w:rsid w:val="00E6690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f0">
    <w:name w:val="Book Title"/>
    <w:basedOn w:val="a2"/>
    <w:uiPriority w:val="33"/>
    <w:qFormat/>
    <w:rsid w:val="00E6690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f1">
    <w:name w:val="TOC Heading"/>
    <w:basedOn w:val="1"/>
    <w:next w:val="a1"/>
    <w:uiPriority w:val="39"/>
    <w:semiHidden/>
    <w:unhideWhenUsed/>
    <w:qFormat/>
    <w:rsid w:val="00E66906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E66906"/>
    <w:rPr>
      <w:color w:val="0000FF" w:themeColor="hyperlink"/>
      <w:u w:val="single"/>
    </w:rPr>
  </w:style>
  <w:style w:type="character" w:styleId="affb">
    <w:name w:val="Placeholder Text"/>
    <w:basedOn w:val="a2"/>
    <w:uiPriority w:val="99"/>
    <w:semiHidden/>
    <w:rsid w:val="00E66906"/>
    <w:rPr>
      <w:color w:val="808080"/>
    </w:rPr>
  </w:style>
  <w:style w:type="paragraph" w:styleId="affc">
    <w:name w:val="Balloon Text"/>
    <w:basedOn w:val="a1"/>
    <w:link w:val="affd"/>
    <w:uiPriority w:val="99"/>
    <w:semiHidden/>
    <w:unhideWhenUsed/>
    <w:rsid w:val="008F6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d">
    <w:name w:val="Изнесен текст Знак"/>
    <w:basedOn w:val="a2"/>
    <w:link w:val="affc"/>
    <w:uiPriority w:val="99"/>
    <w:semiHidden/>
    <w:rsid w:val="008F69CE"/>
    <w:rPr>
      <w:rFonts w:ascii="Segoe UI" w:hAnsi="Segoe UI" w:cs="Segoe UI"/>
      <w:sz w:val="18"/>
      <w:szCs w:val="18"/>
    </w:rPr>
  </w:style>
  <w:style w:type="character" w:customStyle="1" w:styleId="t286pc">
    <w:name w:val="t286pc"/>
    <w:basedOn w:val="a2"/>
    <w:rsid w:val="00D521F3"/>
  </w:style>
  <w:style w:type="paragraph" w:customStyle="1" w:styleId="CharChar1">
    <w:name w:val="Char Char1"/>
    <w:basedOn w:val="a1"/>
    <w:rsid w:val="00FE678D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3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79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61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05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5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50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8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50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1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5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7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0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28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63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bshtina_pordim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2A1F8A-A1B8-48C1-B77D-57F73C8C9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Vacka</cp:lastModifiedBy>
  <cp:revision>5</cp:revision>
  <cp:lastPrinted>2026-06-15T06:29:00Z</cp:lastPrinted>
  <dcterms:created xsi:type="dcterms:W3CDTF">2026-10-02T07:17:00Z</dcterms:created>
  <dcterms:modified xsi:type="dcterms:W3CDTF">2026-10-02T08:26:00Z</dcterms:modified>
  <cp:category/>
</cp:coreProperties>
</file>